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📚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מערך שיעור: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45 דקות · לשון וגיאוגרפיה · לכל השכבות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 – מטרות וחומרים</w:t>
        </w:r>
      </w:hyperlink>
    </w:p>
    <w:p>
      <w:pPr>
        <w:bidi w:val="1"/>
        <w:jc w:val="right"/>
      </w:pPr>
      <w:hyperlink w:anchor="plan">
        <w:r>
          <w:rPr>
            <w:rFonts w:ascii="Arial" w:hAnsi="Arial" w:cs="Arial"/>
            <w:rtl/>
            <w:color w:val="3A1D99"/>
            <w:u w:val="single"/>
          </w:rPr>
          <w:t xml:space="preserve">• ⏱️ מהלך השיעור – 45 דקות</w:t>
        </w:r>
      </w:hyperlink>
    </w:p>
    <w:p>
      <w:pPr>
        <w:bidi w:val="1"/>
        <w:jc w:val="right"/>
      </w:pPr>
      <w:hyperlink w:anchor="diff">
        <w:r>
          <w:rPr>
            <w:rFonts w:ascii="Arial" w:hAnsi="Arial" w:cs="Arial"/>
            <w:rtl/>
            <w:color w:val="3A1D99"/>
            <w:u w:val="single"/>
          </w:rPr>
          <w:t xml:space="preserve">• ♿ מפת התאמות והנגשות</w:t>
        </w:r>
      </w:hyperlink>
    </w:p>
    <w:p>
      <w:pPr>
        <w:bidi w:val="1"/>
        <w:jc w:val="right"/>
      </w:pPr>
      <w:hyperlink w:anchor="ws">
        <w:r>
          <w:rPr>
            <w:rFonts w:ascii="Arial" w:hAnsi="Arial" w:cs="Arial"/>
            <w:rtl/>
            <w:color w:val="3A1D99"/>
            <w:u w:val="single"/>
          </w:rPr>
          <w:t xml:space="preserve">• 🧒 דף משימה לתלמידים</w:t>
        </w:r>
      </w:hyperlink>
    </w:p>
    <w:p>
      <w:pPr>
        <w:bidi w:val="1"/>
        <w:jc w:val="right"/>
      </w:pPr>
      <w:hyperlink w:anchor="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84" w:name="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 – מטרות וחומרים</w:t>
      </w:r>
      <w:bookmarkEnd w:id="184"/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התלמידים והתלמידות יזהו יישובים ואתרים בארץ ויַמקמו אותם על מפה סכמטית.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יכירו דרכים לבניית שמות: צירוף מילים, תוספת אותיות, סמיכות, צליל דומה (הומופון), חיסור אות, ראשי תיבות.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יסבירו בעל פה ובכתב את משחק המילים, ויצרו חידה משלהם.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🧺 חומרים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מקרן עם האתר: makom-baaretz-chidot.sites.tab.bot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כרטיסיות 3×4 (צבע או חסכוני בדיו) ודף עבודה לפי מסלול.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עפרונות, מספריים.</w:t>
      </w:r>
    </w:p>
    <w:p>
      <w:bookmarkStart w:id="185" w:name="plan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⏱️ מהלך השיעור – 45 דקות</w:t>
      </w:r>
      <w:bookmarkEnd w:id="185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זמן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שלב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מה עושים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שאלה מנחה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 ד׳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פתיחה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"חידת היום" על המקרן. פותרים יחד בקול: מה רואים? כמה משבצות? איזה יישוב?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"מה ראיתם בתמונה הראשונה? ומה בשנייה?"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10 ד׳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חלק א׳ – הדרכים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עמוד "הלשון של החידות": מציגים 3 דרכים (צירוף, סמיכות, צליל דומה) עם דוגמה לכל אחת. תרגול "איזו דרך?" במליאה.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"למה רמה הפכה לרמת?"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15 ד׳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חלק ב׳ – משחק קבוצות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"משחק קבוצות" באתר: 3–4 קבוצות, 6–8 סבבים. נקודה על תשובה נכונה, נקודת בונוס על הסבר משחק המילים. אחרי כל חידה – מאתרים את המקום במפה.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"מי יכולים להסביר איך בנויה החידה?"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10 ד׳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חלק ג׳ – יוצרים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בזוגות: דף העבודה חלק ג׳ או עורך החידות באתר. כל זוג בונה חידה ומחליף עם זוג אחר.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"פרקו את שם היישוב לחלקים שאפשר לצייר."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 ד׳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סיכום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כרטיס יציאה. 2–3 זוגות מציגים חידה שיצרו.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"מה למדתם היום על מילים?"</w:t>
            </w:r>
          </w:p>
        </w:tc>
      </w:tr>
    </w:tbl>
    <w:p>
      <w:pPr>
        <w:bidi w:val="1"/>
        <w:jc w:val="right"/>
      </w:pPr>
    </w:p>
    <w:p>
      <w:bookmarkStart w:id="186" w:name="diff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♿ מפת התאמות והנגשות</w:t>
      </w:r>
      <w:bookmarkEnd w:id="186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שכבה</w:t>
            </w:r>
          </w:p>
        </w:tc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מסלול</w:t>
            </w:r>
          </w:p>
        </w:tc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מה מותאם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יסודי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רגיל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חידות קלות-בינוניות, תמונות גדולות, כוכבים ונקודות, "נסו בעצמכם" בעורך.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יסודי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חנ״מ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חידות קלות, 2 אפשרויות בכפתורים גדולים, 🔊 הקראה בכל משימה, בלי שעון, רמז אוטומטי אחרי 2 ניסיונות.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יסודי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עולים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מילון חזותי בהקשה (אימוג׳י + עברית, אנגלית, רוסית, אמהרית, ערבית, צרפתית – לוודא), 3 אפשרויות, מילים יומיומיות.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חט״ב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רגיל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כל החידות, הקלדה במשבצות, משחק מפה דינמי, מיון דרכי בנייה (צירוף, סמיכות, תצורה).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חט״ב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חנ״מ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 אפשרויות, רמז מדורג מופיע אחרי 2 טעויות (מכוון ולא נותן את התשובה), עיצוב וצבעים קבועים, בלי שעון.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חט״ב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עולים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משפטים קצרים בלי ניקוד, מילון חזותי, בחירה או הקלדה.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תיכון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רגיל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כולל חידות קשות (הומופונים, חיסור אות), ניתוח לשוני ומשימת כתיבה וניתוח חידה.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תיכון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חנ״מ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חלוקה לחלקים קטנים (רמז ← אות ← הסבר), בלי שעון.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תיכון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עולים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מילון בהקשה למונחים, הקלדה עצמית, מונחים לשוניים עם הסבר פשוט.</w:t>
            </w:r>
          </w:p>
        </w:tc>
      </w:tr>
    </w:tbl>
    <w:p>
      <w:pPr>
        <w:bidi w:val="1"/>
        <w:jc w:val="right"/>
      </w:pPr>
    </w:p>
    <w:p>
      <w:r>
        <w:br w:type="page"/>
      </w:r>
    </w:p>
    <w:p>
      <w:bookmarkStart w:id="187" w:name="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דף משימה – מזהים את היישוב</w:t>
      </w:r>
      <w:bookmarkEnd w:id="187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1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   ☐☐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   ☐☐☐☐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מסבירים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חידה אחת והסבירו איך היא בנויה: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יוצרים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88" w:name="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88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דרך אחת לבנות חידת תמונה היא…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מקום בארץ שלמדתי עליו היום: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3. משהו שהפתיע אותי: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maarach-shiur-45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