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 w:eastAsia="Arial"/>
          <w:sz w:val="80"/>
          <w:rtl w:val="1"/>
          <w:szCs w:val="80"/>
        </w:rPr>
        <w:t>✂️</w:t>
      </w:r>
    </w:p>
    <w:p>
      <w:pPr>
        <w:bidi w:val="1"/>
        <w:jc w:val="center"/>
      </w:pPr>
      <w:r>
        <w:rPr>
          <w:rFonts w:ascii="Arial" w:hAnsi="Arial" w:cs="Arial" w:eastAsia="Arial"/>
          <w:sz w:val="26"/>
          <w:rtl w:val="1"/>
          <w:szCs w:val="26"/>
        </w:rPr>
        <w:t>🧩 מקום בארץ – חידות תמונה</w:t>
      </w:r>
    </w:p>
    <w:p>
      <w:pPr>
        <w:bidi w:val="1"/>
        <w:jc w:val="center"/>
      </w:pPr>
      <w:r>
        <w:rPr>
          <w:rFonts w:ascii="Arial" w:hAnsi="Arial" w:cs="Arial" w:eastAsia="Arial"/>
          <w:b/>
          <w:sz w:val="52"/>
          <w:rtl w:val="1"/>
          <w:bCs/>
          <w:szCs w:val="52"/>
        </w:rPr>
        <w:t>כרטיסיות חידות 3×4 – חלק ב׳</w:t>
      </w:r>
    </w:p>
    <w:p>
      <w:pPr>
        <w:bidi w:val="1"/>
        <w:jc w:val="center"/>
      </w:pPr>
      <w:r>
        <w:rPr>
          <w:rFonts w:ascii="Arial" w:hAnsi="Arial" w:cs="Arial" w:eastAsia="Arial"/>
          <w:sz w:val="26"/>
          <w:rtl w:val="1"/>
          <w:szCs w:val="26"/>
        </w:rPr>
        <w:t>כרטיסים 37–65 + דף תשובות בסוף · גרסה חסכונית בדיו</w:t>
      </w:r>
    </w:p>
    <w:p>
      <w:pPr>
        <w:bidi w:val="1"/>
        <w:jc w:val="center"/>
      </w:pPr>
      <w:r>
        <w:rPr>
          <w:rFonts w:ascii="Arial" w:hAnsi="Arial" w:cs="Arial" w:eastAsia="Arial"/>
          <w:b/>
          <w:sz w:val="32"/>
          <w:rtl w:val="1"/>
          <w:bCs/>
          <w:szCs w:val="32"/>
        </w:rPr>
        <w:t>👩‍🏫 מהדורה למורה + כרטיסים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12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ed">
        <w:r>
          <w:rPr>
            <w:rFonts w:ascii="Arial" w:hAnsi="Arial" w:cs="Arial"/>
            <w:rtl/>
            <w:color w:val="3A1D99"/>
            <w:u w:val="single"/>
          </w:rPr>
          <w:t xml:space="preserve">• 👩‍🏫 מהדורה למורה – איך משתמשים בכרטיסים</w:t>
        </w:r>
      </w:hyperlink>
    </w:p>
    <w:p>
      <w:pPr>
        <w:bidi w:val="1"/>
        <w:jc w:val="right"/>
      </w:pPr>
      <w:hyperlink w:anchor="p0">
        <w:r>
          <w:rPr>
            <w:rFonts w:ascii="Arial" w:hAnsi="Arial" w:cs="Arial"/>
            <w:rtl/>
            <w:color w:val="3A1D99"/>
            <w:u w:val="single"/>
          </w:rPr>
          <w:t xml:space="preserve">• כרטיסים 37–48</w:t>
        </w:r>
      </w:hyperlink>
    </w:p>
    <w:p>
      <w:pPr>
        <w:bidi w:val="1"/>
        <w:jc w:val="right"/>
      </w:pPr>
      <w:hyperlink w:anchor="p1">
        <w:r>
          <w:rPr>
            <w:rFonts w:ascii="Arial" w:hAnsi="Arial" w:cs="Arial"/>
            <w:rtl/>
            <w:color w:val="3A1D99"/>
            <w:u w:val="single"/>
          </w:rPr>
          <w:t xml:space="preserve">• כרטיסים 49–60</w:t>
        </w:r>
      </w:hyperlink>
    </w:p>
    <w:p>
      <w:pPr>
        <w:bidi w:val="1"/>
        <w:jc w:val="right"/>
      </w:pPr>
      <w:hyperlink w:anchor="p2">
        <w:r>
          <w:rPr>
            <w:rFonts w:ascii="Arial" w:hAnsi="Arial" w:cs="Arial"/>
            <w:rtl/>
            <w:color w:val="3A1D99"/>
            <w:u w:val="single"/>
          </w:rPr>
          <w:t xml:space="preserve">• כרטיסים 61–65</w:t>
        </w:r>
      </w:hyperlink>
    </w:p>
    <w:p>
      <w:pPr>
        <w:bidi w:val="1"/>
        <w:jc w:val="right"/>
      </w:pPr>
      <w:hyperlink w:anchor="ans">
        <w:r>
          <w:rPr>
            <w:rFonts w:ascii="Arial" w:hAnsi="Arial" w:cs="Arial"/>
            <w:rtl/>
            <w:color w:val="3A1D99"/>
            <w:u w:val="single"/>
          </w:rPr>
          <w:t xml:space="preserve">• 🔑 דף תשובות</w:t>
        </w:r>
      </w:hyperlink>
    </w:p>
    <w:p>
      <w:bookmarkStart w:id="116" w:name="ed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👩‍🏫 מהדורה למורה – איך משתמשים בכרטיסים</w:t>
      </w:r>
      <w:bookmarkEnd w:id="116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מדפיסים, גוזרים לאורך הקווים המקווקווים. דף התשובות בסוף – מדפיסים אותו בנפרד.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משחק זוגות: כל זוג מקבל 6 כרטיסים, פותר וממלא את המשבצות בעיפרון.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תחנות: מפזרים כרטיסים בכיתה; כל קבוצה פותרת ומסבירה את משחק המילים.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חנ״מ: בוחרים כרטיסים עם ⭐ אחד, ומציעים 2–3 תשובות בכתב לבחירה.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עולים: לפני הפתרון אומרים בקול את שם כל תמונה (בית, שמש, ים…).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⭐ = קל · ⭐⭐ = בינוני · ⭐⭐⭐ = קשה. מספר המשבצות = מספר האותיות בכל מילה. חלק א׳: כרטיסים 1–36 · חלק ב׳: כרטיסים 37–65.</w:t>
      </w:r>
    </w:p>
    <w:p>
      <w:r>
        <w:br w:type="page"/>
      </w:r>
    </w:p>
    <w:p>
      <w:bookmarkStart w:id="117" w:name="p0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✂️ כרטיסים 37–48</w:t>
      </w:r>
      <w:bookmarkEnd w:id="117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#37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45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37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4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#38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45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38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4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#39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39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#40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40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#41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92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41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9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#42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42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#43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43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#44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975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44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9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   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#45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45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45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4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#46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46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#47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920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47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9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#48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920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48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9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</w:tbl>
    <w:p>
      <w:r>
        <w:br w:type="page"/>
      </w:r>
    </w:p>
    <w:p>
      <w:bookmarkStart w:id="118" w:name="p1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✂️ כרטיסים 49–60</w:t>
      </w:r>
      <w:bookmarkEnd w:id="118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#49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49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#50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50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#51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51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#52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52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   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#53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675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53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6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   ☐☐☐☐☐☐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#54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49875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54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4987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#55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55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   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#56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56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   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#57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920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57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9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#58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58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#59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59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#60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60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</w:tbl>
    <w:p>
      <w:r>
        <w:br w:type="page"/>
      </w:r>
    </w:p>
    <w:p>
      <w:bookmarkStart w:id="119" w:name="p2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✂️ כרטיסים 61–65</w:t>
      </w:r>
      <w:bookmarkEnd w:id="119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#61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675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61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6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#62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62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#63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675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63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6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#64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2625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64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#65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65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/>
        </w:tc>
      </w:tr>
    </w:tbl>
    <w:p>
      <w:r>
        <w:br w:type="page"/>
      </w:r>
    </w:p>
    <w:p>
      <w:bookmarkStart w:id="120" w:name="ans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🔑 דף תשובות</w:t>
      </w:r>
      <w:bookmarkEnd w:id="120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444444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1"/>
                <w:rtl w:val="1"/>
                <w:bCs/>
                <w:szCs w:val="21"/>
              </w:rPr>
              <w:t>#</w:t>
            </w:r>
          </w:p>
        </w:tc>
        <w:tc>
          <w:tcPr>
            <w:tcW w:type="dxa" w:w="3402"/>
            <w:shd w:val="clear" w:color="auto" w:fill="444444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402"/>
            <w:shd w:val="clear" w:color="auto" w:fill="444444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1"/>
                <w:rtl w:val="1"/>
                <w:bCs/>
                <w:szCs w:val="21"/>
              </w:rPr>
              <w:t>משחק המילים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נתיבות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נתיב (שביל, דרך) + ות – ברבים: נתיבות.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קיסריה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קיסר (שליט, מלך קיסרי – כתר) + יה.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חדרה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חדר + 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טירת כרמל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טירה (מבצר) + כרמל (ההר הירוק ליד חיפה). "טירה" בסמיכות = "טירת".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נשר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נשר – תמונה אחת, מילה אחת!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עין מאהל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עין (גם: מעיין) + מאהל (הרבה אוהלים יחד).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חורה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חור + 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תל שבע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תל + שבע (7).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דגניה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דגן (חיטה, שעורה) + יה.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שדה בוקר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שדה + בוקר (זריחה). "בוקר" הוא גם מי שרועה בקר.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מגל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מגל – כלי לקציר. תמונה אחת!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גשר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גשר – תמונה אחת, מילה אחת.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אלפא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+ אלפא (האות הראשונה באלפבית היווני). ביחד – כמו "אלף־בית"!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רמת דוד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רמה (שלב) + דוד (דוד מים חמים). רמה בסמיכות = רמת.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תל עדשים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תל + עדשים (קטנייה כתומה למרק).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גן נר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גן + נר.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גן השלושה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גן + ה + שלושה (3 כדורים).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אגמון החולה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אגם (קטן = אגמון) + ה + חולה (מי שלא מרגיש טוב). שם העמק – החולה – נשמע כמו חולה במחלה!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קריית אתא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קריה + אתה (מצביעים: אתה!). "אתא" נשמע כמו "אתה" – הומופון!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קריית 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קריה + 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יבנה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יבנה = "ייבנה" – משהו שעוד ייבנה (מנוף ולבנים). פועל בזמן עתיד!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גדרה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גדר + 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רעננה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רענן (טרי, ירוק ומלא חיים) + 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60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כפר יונה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כפר + יונה.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61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קריית מלאכי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קריה + מלאך + י = קריית מלאכי.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62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חורפיש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חורף + יש! = חורפיש. שתי מילים שלא קשורות – וביחד יוצא שם של יישוב.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63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השיטה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+ ה + שיטה (עץ מדבר עם צמרת רחבה).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64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קריית טבעון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קריה + טבע + ון.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65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חוף דור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חוף + דור (סבא, הורה וילד – שלושה דורות).</w:t>
            </w:r>
          </w:p>
        </w:tc>
      </w:tr>
    </w:tbl>
    <w:p>
      <w:pPr>
        <w:bidi w:val="1"/>
        <w:jc w:val="right"/>
      </w:pPr>
    </w:p>
    <w:p>
      <w:pPr>
        <w:bidi w:val="1"/>
        <w:jc w:val="center"/>
      </w:pPr>
      <w:r>
        <w:rPr>
          <w:rFonts w:ascii="Arial" w:hAnsi="Arial" w:cs="Arial" w:eastAsia="Arial"/>
          <w:color w:val="888888"/>
          <w:sz w:val="18"/>
          <w:rtl w:val="1"/>
          <w:szCs w:val="18"/>
        </w:rPr>
        <w:t>יצרה: רוית ראש בן ישי · מקום בארץ – חידות תמונה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A1D99"/>
      <w:sz w:val="28"/>
      <w:szCs w:val="28"/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A1D99"/>
      <w:sz w:val="26"/>
      <w:szCs w:val="26"/>
      <w:rFonts w:ascii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3A1D99"/>
      <w:rFonts w:ascii="Arial" w:hAnsi="Arial" w:cs="Ari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kartisiot-lo-2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