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🗺️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52"/>
          <w:rtl w:val="1"/>
          <w:bCs/>
          <w:szCs w:val="52"/>
        </w:rPr>
        <w:t>מזהים את היישוב!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דף עבודה · תיכון · עולים חדשים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32"/>
          <w:rtl w:val="1"/>
          <w:bCs/>
          <w:szCs w:val="32"/>
        </w:rPr>
        <w:t>👩‍🏫 מהדורה למורה + 🧒 דף תלמיד/ה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-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</w:t>
        </w:r>
      </w:hyperlink>
    </w:p>
    <w:p>
      <w:pPr>
        <w:bidi w:val="1"/>
        <w:jc w:val="right"/>
      </w:pPr>
      <w:hyperlink w:anchor="t-ans">
        <w:r>
          <w:rPr>
            <w:rFonts w:ascii="Arial" w:hAnsi="Arial" w:cs="Arial"/>
            <w:rtl/>
            <w:color w:val="3A1D99"/>
            <w:u w:val="single"/>
          </w:rPr>
          <w:t xml:space="preserve">• 🔑 תשובות</w:t>
        </w:r>
      </w:hyperlink>
    </w:p>
    <w:p>
      <w:pPr>
        <w:bidi w:val="1"/>
        <w:jc w:val="right"/>
      </w:pPr>
      <w:hyperlink w:anchor="s-ws">
        <w:r>
          <w:rPr>
            <w:rFonts w:ascii="Arial" w:hAnsi="Arial" w:cs="Arial"/>
            <w:rtl/>
            <w:color w:val="3A1D99"/>
            <w:u w:val="single"/>
          </w:rPr>
          <w:t xml:space="preserve">• 🧒 דף התלמיד/ה</w:t>
        </w:r>
      </w:hyperlink>
    </w:p>
    <w:p>
      <w:pPr>
        <w:bidi w:val="1"/>
        <w:jc w:val="right"/>
      </w:pPr>
      <w:hyperlink w:anchor="s-a">
        <w:r>
          <w:rPr>
            <w:rFonts w:ascii="Arial" w:hAnsi="Arial" w:cs="Arial"/>
            <w:rtl/>
            <w:color w:val="3A1D99"/>
            <w:u w:val="single"/>
          </w:rPr>
          <w:t xml:space="preserve">• חלק א׳ – פותרים חידות</w:t>
        </w:r>
      </w:hyperlink>
    </w:p>
    <w:p>
      <w:pPr>
        <w:bidi w:val="1"/>
        <w:jc w:val="right"/>
      </w:pPr>
      <w:hyperlink w:anchor="s-b">
        <w:r>
          <w:rPr>
            <w:rFonts w:ascii="Arial" w:hAnsi="Arial" w:cs="Arial"/>
            <w:rtl/>
            <w:color w:val="3A1D99"/>
            <w:u w:val="single"/>
          </w:rPr>
          <w:t xml:space="preserve">• חלק ב׳ – הלשון של החידה</w:t>
        </w:r>
      </w:hyperlink>
    </w:p>
    <w:p>
      <w:pPr>
        <w:bidi w:val="1"/>
        <w:jc w:val="right"/>
      </w:pPr>
      <w:hyperlink w:anchor="s-c">
        <w:r>
          <w:rPr>
            <w:rFonts w:ascii="Arial" w:hAnsi="Arial" w:cs="Arial"/>
            <w:rtl/>
            <w:color w:val="3A1D99"/>
            <w:u w:val="single"/>
          </w:rPr>
          <w:t xml:space="preserve">• חלק ג׳ – בונים חידה משלכם</w:t>
        </w:r>
      </w:hyperlink>
    </w:p>
    <w:p>
      <w:pPr>
        <w:bidi w:val="1"/>
        <w:jc w:val="right"/>
      </w:pPr>
      <w:hyperlink w:anchor="s-exit">
        <w:r>
          <w:rPr>
            <w:rFonts w:ascii="Arial" w:hAnsi="Arial" w:cs="Arial"/>
            <w:rtl/>
            <w:color w:val="3A1D99"/>
            <w:u w:val="single"/>
          </w:rPr>
          <w:t xml:space="preserve">• 🎫 כרטיס יציאה</w:t>
        </w:r>
      </w:hyperlink>
    </w:p>
    <w:p>
      <w:bookmarkStart w:id="177" w:name="t-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</w:t>
      </w:r>
      <w:bookmarkEnd w:id="177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תיכון · עולים חדשים · כ־20–25 דקות עבודה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🎯 מטרות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לזהות יישובים ומקומות בארץ ולמקם אותם על המפה.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להכיר דרכים לבניית מילים ושמות: צירוף, תוספת אותיות, סמיכות, צליל דומה.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להסביר בכתב ובעל פה את הדרך לפתרון.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♿ התאמות למסלול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מילון בהקשה למונחים, הקלדה עצמית, מונחים לשוניים עם הסבר פשוט.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💡 דגשים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לפני הפתרון – אומרים בקול את שם כל תמונה.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משבצות האותיות עוזרות לבדוק: מספר המשבצות = מספר האותיות.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אפשר לשלב את האתר (חידות, מפה, עורך) על המקרן.</w:t>
      </w:r>
    </w:p>
    <w:p>
      <w:bookmarkStart w:id="178" w:name="t-ans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🔑 תשובות</w:t>
      </w:r>
      <w:bookmarkEnd w:id="178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#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משחק המילים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אזור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מלאכי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+ מלאך + י = קריית מלאכי.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השפלה והדרום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בת 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בת + ים.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השרון והמרכז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אגמון החולה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אגם (קטן = אגמון) + ה + חולה (מי שלא מרגיש טוב). שם העמק – החולה – נשמע כמו חולה במחלה!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הגליל והצפון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שמונה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(עיר, בניינים) + שמונה (8). "קריה" בסמיכות = "קריית".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הגליל והצפון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חלק ב׳: מצפים לזיהוי הדרך (צירוף, תוספת אות, סמיכות, הומופון, חיסור אות) ולנימוק על יצירתיות – כל נימוק מבוסס מתקבל.</w:t>
      </w:r>
    </w:p>
    <w:p>
      <w:r>
        <w:br w:type="page"/>
      </w:r>
    </w:p>
    <w:p>
      <w:bookmarkStart w:id="179" w:name="s-w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🧒 מזהים את היישוב!</w:t>
      </w:r>
      <w:bookmarkEnd w:id="179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שם: ____________   כיתה: ________   תאריך: ________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תמונה + תמונה = מקום בארץ. מספר המשבצות = מספר האותיות.</w:t>
      </w:r>
    </w:p>
    <w:p>
      <w:bookmarkStart w:id="180" w:name="s-a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א׳ – פותרים חידות</w:t>
      </w:r>
      <w:bookmarkEnd w:id="180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1.  ⭐⭐⭐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145636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6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456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☐☐☐☐☐   ☐☐☐☐☐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התמונות: קריה (town (קריית = town of)) · מלאך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2.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2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   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התמונות: בת · ים (sea)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3.  ⭐⭐⭐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108818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5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0881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☐☐☐☐☐   ☐☐☐☐☐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התמונות: אגם (lake) · חולה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4.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17636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29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176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☐☐☐☐☐   ☐☐☐☐☐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התמונות: קריה (town (קריית = town of))</w:t>
      </w:r>
    </w:p>
    <w:p>
      <w:bookmarkStart w:id="181" w:name="s-b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ב׳ – הלשון של החידה</w:t>
      </w:r>
      <w:bookmarkEnd w:id="181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כתבו את המילה בעברית ליד כל תמונה. בנק מילים: בית · שמש · ים · גשר · נר · אש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תמונה</w:t>
            </w:r>
          </w:p>
        </w:tc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English</w:t>
            </w:r>
          </w:p>
        </w:tc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Русский</w:t>
            </w:r>
          </w:p>
        </w:tc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አማርኛ</w:t>
            </w:r>
          </w:p>
        </w:tc>
        <w:tc>
          <w:tcPr>
            <w:tcW w:type="dxa" w:w="204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עברית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🏠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house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дом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ቤት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☀️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sun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солнце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ፀሐይ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🌊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sea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море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ባሕር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🌉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bridge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мост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ድልድይ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🕯️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candle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свеча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ሻማ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🔥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fire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огонь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እሳት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0"/>
          <w:rtl w:val="1"/>
          <w:szCs w:val="20"/>
        </w:rPr>
        <w:t>תרגומים לבדיקה (לוודא)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כתבו משפט: בחידה הראשונה אני רואה __________ וגם __________.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bookmarkStart w:id="182" w:name="s-c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ג׳ – בונים חידה משלכם</w:t>
      </w:r>
      <w:bookmarkEnd w:id="182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בחרו יישוב (אפשר את היישוב שלכם!), פרקו את שמו לחלקים וציירו בכל משבצת: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התשובה: ____________________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הסבירו איך בניתם את החידה: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bookmarkStart w:id="183" w:name="s-exit"/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6"/>
                <w:rtl w:val="1"/>
                <w:bCs/>
                <w:szCs w:val="26"/>
              </w:rPr>
              <w:t>✂ 🎫 כרטיס יציאה</w:t>
            </w:r>
            <w:bookmarkEnd w:id="183"/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1. מילה חדשה שלמדתי היום: 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2. ציירו את המילה החדשה: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</w:tc>
      </w:tr>
    </w:tbl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daf-avoda-t-o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