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🗺️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מזהים את היישוב!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דף עבודה · חט״ב · עולים חדשים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🧒 דף תלמיד/ה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-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</w:t>
        </w:r>
      </w:hyperlink>
    </w:p>
    <w:p>
      <w:pPr>
        <w:bidi w:val="1"/>
        <w:jc w:val="right"/>
      </w:pPr>
      <w:hyperlink w:anchor="t-ans">
        <w:r>
          <w:rPr>
            <w:rFonts w:ascii="Arial" w:hAnsi="Arial" w:cs="Arial"/>
            <w:rtl/>
            <w:color w:val="3A1D99"/>
            <w:u w:val="single"/>
          </w:rPr>
          <w:t xml:space="preserve">• 🔑 תשובות</w:t>
        </w:r>
      </w:hyperlink>
    </w:p>
    <w:p>
      <w:pPr>
        <w:bidi w:val="1"/>
        <w:jc w:val="right"/>
      </w:pPr>
      <w:hyperlink w:anchor="s-ws">
        <w:r>
          <w:rPr>
            <w:rFonts w:ascii="Arial" w:hAnsi="Arial" w:cs="Arial"/>
            <w:rtl/>
            <w:color w:val="3A1D99"/>
            <w:u w:val="single"/>
          </w:rPr>
          <w:t xml:space="preserve">• 🧒 דף התלמיד/ה</w:t>
        </w:r>
      </w:hyperlink>
    </w:p>
    <w:p>
      <w:pPr>
        <w:bidi w:val="1"/>
        <w:jc w:val="right"/>
      </w:pPr>
      <w:hyperlink w:anchor="s-a">
        <w:r>
          <w:rPr>
            <w:rFonts w:ascii="Arial" w:hAnsi="Arial" w:cs="Arial"/>
            <w:rtl/>
            <w:color w:val="3A1D99"/>
            <w:u w:val="single"/>
          </w:rPr>
          <w:t xml:space="preserve">• חלק א׳ – פותרים חידות</w:t>
        </w:r>
      </w:hyperlink>
    </w:p>
    <w:p>
      <w:pPr>
        <w:bidi w:val="1"/>
        <w:jc w:val="right"/>
      </w:pPr>
      <w:hyperlink w:anchor="s-b">
        <w:r>
          <w:rPr>
            <w:rFonts w:ascii="Arial" w:hAnsi="Arial" w:cs="Arial"/>
            <w:rtl/>
            <w:color w:val="3A1D99"/>
            <w:u w:val="single"/>
          </w:rPr>
          <w:t xml:space="preserve">• חלק ב׳ – הלשון של החידה</w:t>
        </w:r>
      </w:hyperlink>
    </w:p>
    <w:p>
      <w:pPr>
        <w:bidi w:val="1"/>
        <w:jc w:val="right"/>
      </w:pPr>
      <w:hyperlink w:anchor="s-c">
        <w:r>
          <w:rPr>
            <w:rFonts w:ascii="Arial" w:hAnsi="Arial" w:cs="Arial"/>
            <w:rtl/>
            <w:color w:val="3A1D99"/>
            <w:u w:val="single"/>
          </w:rPr>
          <w:t xml:space="preserve">• חלק ג׳ – בונים חידה משלכם</w:t>
        </w:r>
      </w:hyperlink>
    </w:p>
    <w:p>
      <w:pPr>
        <w:bidi w:val="1"/>
        <w:jc w:val="right"/>
      </w:pPr>
      <w:hyperlink w:anchor="s-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56" w:name="t-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</w:t>
      </w:r>
      <w:bookmarkEnd w:id="156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חט״ב · עולים חדשים · כ־20–25 דקות עבודה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לזהות יישובים ומקומות בארץ ולמקם אותם על המפה.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להכיר דרכים לבניית מילים ושמות: צירוף, תוספת אותיות, סמיכות, צליל דומה.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להסביר בכתב ובעל פה את הדרך לפתרון.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♿ התאמות למסלול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משפטים קצרים בלי ניקוד, מילון חזותי, בחירה או הקלדה.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💡 דגשים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לפני הפתרון – אומרים בקול את שם כל תמונה.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משבצות האותיות עוזרות לבדוק: מספר המשבצות = מספר האותיות.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אפשר לשלב את האתר (חידות, מפה, עורך) על המקרן.</w:t>
      </w:r>
    </w:p>
    <w:p>
      <w:bookmarkStart w:id="157" w:name="t-ans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🔑 תשובות</w:t>
      </w:r>
      <w:bookmarkEnd w:id="157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אזור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סבא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+ סבא. שתי מילים מוכרות מחיי היום־יום.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השרון והמרכז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דימונה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די! (מספיק) + מונה (מכשיר שסופר, כמו מונה מים).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הנגב והערבה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 + ה.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הנגב והערבה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נתיבות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נתיב (שביל, דרך) + ות – ברבים: נתיבות.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חלק ב׳ – סמיכות: רמה → רמת · קריה → קריית · טירה → טירת · גבעה → גבעת.</w:t>
      </w:r>
    </w:p>
    <w:p>
      <w:r>
        <w:br w:type="page"/>
      </w:r>
    </w:p>
    <w:p>
      <w:bookmarkStart w:id="158" w:name="s-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מזהים את היישוב!</w:t>
      </w:r>
      <w:bookmarkEnd w:id="158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תמונה + תמונה = מקום בארץ. מספר המשבצות = מספר האותיות.</w:t>
      </w:r>
    </w:p>
    <w:p>
      <w:bookmarkStart w:id="159" w:name="s-a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 חידות</w:t>
      </w:r>
      <w:bookmarkEnd w:id="159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1.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   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כפר (village) · סבא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2.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3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די · מונה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3.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29090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4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9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חור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4.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6181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3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61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נתיב</w:t>
      </w:r>
    </w:p>
    <w:p>
      <w:bookmarkStart w:id="160" w:name="s-b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הלשון של החידה</w:t>
      </w:r>
      <w:bookmarkEnd w:id="160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כתבו את המילה בעברית ליד כל תמונה. בנק מילים: בית · שמש · ים · גשר · נר · אש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תמונה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English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Русский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አማርኛ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עברית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🏠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house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дом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ቤት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☀️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sun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солнце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ፀሐይ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🌊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sea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море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ባሕር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🌉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bridge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мост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ድልድይ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🕯️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candle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свеча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ሻማ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🔥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fire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огонь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እሳት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0"/>
          <w:rtl w:val="1"/>
          <w:szCs w:val="20"/>
        </w:rPr>
        <w:t>תרגומים לבדיקה (לוודא)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כתבו משפט: בחידה הראשונה אני רואה __________ וגם __________.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bookmarkStart w:id="161" w:name="s-c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בונים חידה משלכם</w:t>
      </w:r>
      <w:bookmarkEnd w:id="161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יישוב (אפשר את היישוב שלכם!), פרקו את שמו לחלקים וציירו בכל משבצת: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הסבירו איך בניתם את החידה: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62" w:name="s-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62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מילה חדשה שלמדתי היום: 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ציירו את המילה החדשה: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daf-avoda-m-o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