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חט״ב · חנ״מ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49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49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חט״ב · חנ״מ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3 אפשרויות, רמז מדורג מופיע אחרי 2 טעויות (מכוון ולא נותן את התשובה), עיצוב וצבעים קבועים, בלי שעון.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50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50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+ ים.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אלפא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אלפא (האות הראשונה באלפבית היווני). ביחד – כמו "אלף־בית"!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העמקים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שמש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שמש.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חדר + 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חיפה והכרמל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 – סמיכות: רמה → רמת · קריה → קריית · טירה → טירת · גבעה → גבעת.</w:t>
      </w:r>
    </w:p>
    <w:p>
      <w:r>
        <w:br w:type="page"/>
      </w:r>
    </w:p>
    <w:p>
      <w:bookmarkStart w:id="151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51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52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52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בית השיטהפתח תקווהבת ים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ראשון לציוןבית אלפאראש הנקרה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1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חדרהבית שמשקריית גת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באר שבעחיפהחדרה</w:t>
      </w:r>
    </w:p>
    <w:p>
      <w:bookmarkStart w:id="153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53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מתחו קו מהתמונה למילה (או כתבו את המספר):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מילה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1. 🏠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2. ☀️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3. 🌊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4. 🌳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שמש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השלימו: בית + שמש = 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54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54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55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55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הקיפו: 😀 היה לי קל · 🙂 בסדר · 🤔 היה קשה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איזו תמונה אהבתם?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daf-avoda-m-c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